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2232"/>
            <w:shd w:fill="0F1116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43000" cy="3175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voo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3175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352"/>
            <w:shd w:fill="0F1116"/>
          </w:tcPr>
          <w:p>
            <w:pPr>
              <w:jc w:val="left"/>
            </w:pPr>
            <w:r>
              <w:rPr>
                <w:rFonts w:ascii="Arial" w:hAnsi="Arial"/>
                <w:b/>
                <w:color w:val="FFC277"/>
                <w:sz w:val="16"/>
              </w:rPr>
              <w:t>KIT 100 AVALIAÇÕES GOOGLE</w:t>
            </w:r>
          </w:p>
          <w:p>
            <w:r>
              <w:rPr>
                <w:rFonts w:ascii="Arial" w:hAnsi="Arial"/>
                <w:b/>
                <w:color w:val="F7F0E8"/>
                <w:sz w:val="42"/>
              </w:rPr>
              <w:t>Respostas para Avaliações Google</w:t>
            </w:r>
          </w:p>
          <w:p>
            <w:r>
              <w:rPr>
                <w:rFonts w:ascii="Arial" w:hAnsi="Arial"/>
                <w:color w:val="B7AEA5"/>
                <w:sz w:val="21"/>
              </w:rPr>
              <w:t>50 respostas prontas para comentários positivos, neutros e negativos.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3E2"/>
          </w:tcPr>
          <w:p>
            <w:r>
              <w:rPr>
                <w:rFonts w:ascii="Arial" w:hAnsi="Arial"/>
                <w:b/>
                <w:color w:val="974B09"/>
                <w:sz w:val="20"/>
              </w:rPr>
              <w:t>Por que responder</w:t>
            </w:r>
          </w:p>
          <w:p>
            <w:r>
              <w:rPr>
                <w:rFonts w:ascii="Arial" w:hAnsi="Arial"/>
                <w:color w:val="111318"/>
                <w:sz w:val="19"/>
              </w:rPr>
              <w:t>Responder avaliações mostra cuidado, melhora a percepção pública da empresa e ajuda novos clientes a entenderem como a marca lida com feedbacks.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positiva curta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pela sua avaliação. Ficamos felizes em saber que sua experiência com a [Empresa] foi positiva.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muito pelo feedback. Sua opinião nos ajuda a continuar melhorando nosso atendimento.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dedicar um tempo para avaliar a [Empresa]. Sua confiança é muito importante para nós.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Ficamos felizes com sua avaliação. Conte conosco sempre que precisar.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pelo retorno. É bom saber que conseguimos atender bem você.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detalhada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compartilhar sua experiência em detalhes. Esse tipo de feedback ajuda outros clientes a conhecerem melhor 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por explicar como foi sua experiência. Vamos compartilhar seu retorno com a equipe.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pelo comentário completo. Ficamos felizes em saber o que funcionou bem no atendimento.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09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Seu feedback detalhado é muito valioso para nós. Obrigado por confiar na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pelo tempo dedicado a escrever essa avaliação. Ela nos ajuda a manter um atendimento cada vez melhor.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Cliente antigo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pela avaliação e pela confiança ao longo do tempo. É uma satisfação continuar fazendo parte da sua escolha.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Ficamos felizes em receber seu retorno depois de tanto tempo. Sua opinião continua muito importante para 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por lembrar da sua experiência conosco e registrar sua avaliação.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pela confiança na [Empresa]. Comentários como o seu ajudam outras pessoas a nos conhecerem.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feedback. Continuaremos trabalhando para manter um atendimento à altura da sua confiança.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Cliente recorrente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continuar escolhendo a [Empresa]. Sua avaliação reforça nosso compromisso em atender bem.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pela parceria e pela confiança recorrente. Conte conosco sempre que precisar.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Ficamos felizes em acompanhar você em mais de uma experiência com a [Empresa]. Obrigado pelo retorno.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19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pela avaliação. Clientes recorrentes como você nos ajudam a evoluir todos os dias.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Sua confiança ao longo do tempo é muito importante para nós. Obrigado por compartilhar sua opinião.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Elogio ao atendimento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elogio ao atendimento. Vamos repassar seu comentário para a equipe.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Ficamos felizes em saber que nosso atendimento fez diferença na sua experiência.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pelo reconhecimento. Trabalhamos para que cada atendimento seja claro, cuidadoso e eficiente.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pelo comentário. Sua percepção sobre o atendimento nos motiva a continuar melhorando.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o feedback. É ótimo saber que você se sentiu bem atendido pela [Empresa].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Elogio ao produto/serviço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retorno sobre o [serviço/produto]. Ficamos felizes em saber que atendeu sua necessidade.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pela avaliação. Trabalhamos para entregar uma experiência consistente em cada [serviço/produto].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pelo feedback. Sua opinião ajuda outras pessoas a entenderem melhor o que entregamos.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29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Ficamos felizes com seu retorno sobre o [serviço/produto]. Conte conosco sempre que precisar.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compartilhar sua experiência. É uma satisfação saber que o resultado foi positivo.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neutra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feedback. Vamos considerar sua opinião para melhorar a experiência com 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sua avaliação. Se quiser compartilhar mais detalhes, nossa equipe está à disposição para ouvir.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registrar sua opinião. Retornos como o seu nos ajudam a identificar pontos de melhoria.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o comentário. Vamos analisar internamente como melhorar sua próxima experiência conosco.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pela sinceridade. Estamos sempre buscando evoluir nosso atendimento e nossos processos.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negativa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Sentimos muito que sua experiência não tenha sido como esperava. Queremos entender melhor o ocorrido e buscar uma solução. Pode nos chamar pelo WhatsApp da [Empresa]?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trazer esse ponto. Lamentamos a situação e vamos analisar com atenção para corrigir o que for necessário.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Pedimos desculpas pela experiência relatada. Nosso time está disponível para entender os detalhes e encaminhar a melhor solução.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39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por sinalizar o problema. Esse retorno será tratado internamente para evitar que aconteça novamente.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Sentimos muito pelo transtorno. Queremos conversar com você para entender melhor e buscar uma forma de resolver.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com reclamação de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41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Pedimos desculpas pelo prazo não ter atendido sua expectativa. Vamos revisar o processo para melhorar esse ponto.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com reclamação de preço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42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feedback. Entendemos sua percepção e ficamos à disposição para explicar melhor o que está incluído em nosso atendimento.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com reclamação de atendimento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43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Sentimos muito que o atendimento não tenha sido adequado. Vamos levar seu relato para a equipe e trabalhar na melhoria.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com problema resolvido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44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por atualizar sua experiência. Ficamos felizes em saber que conseguimos encaminhar a solução.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Avaliação com dúvida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45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comentário. Se ainda ficou alguma dúvida, nossa equipe está à disposição para ajudar pelo WhatsApp da [Empresa].</w:t>
            </w:r>
          </w:p>
        </w:tc>
      </w:tr>
    </w:tbl>
    <w:p/>
    <w:p>
      <w:r>
        <w:rPr>
          <w:rFonts w:ascii="Arial" w:hAnsi="Arial"/>
          <w:b/>
          <w:color w:val="F28A1E"/>
          <w:sz w:val="28"/>
        </w:rPr>
        <w:t>Sem texto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46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pela avaliação. Sua opinião é importante para 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47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pela avaliação e pela confiança na [Empresa].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48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Muito obrigado por avaliar nossa empresa.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49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Obrigado pelo retorno. Seguimos à disposição sempre que precisar.</w:t>
            </w:r>
          </w:p>
        </w:tc>
      </w:tr>
      <w:tr>
        <w:tc>
          <w:tcPr>
            <w:tcW w:type="dxa" w:w="648"/>
            <w:shd w:fill="FFC277"/>
          </w:tcPr>
          <w:p>
            <w:r/>
            <w:r>
              <w:rPr>
                <w:rFonts w:ascii="Arial" w:hAnsi="Arial"/>
                <w:b/>
                <w:color w:val="0F1116"/>
                <w:sz w:val="20"/>
              </w:rPr>
              <w:t>50</w:t>
            </w:r>
          </w:p>
        </w:tc>
        <w:tc>
          <w:tcPr>
            <w:tcW w:type="dxa" w:w="9216"/>
            <w:shd w:fill="FFF9F1"/>
          </w:tcPr>
          <w:p>
            <w:r/>
            <w:r>
              <w:rPr>
                <w:rFonts w:ascii="Arial" w:hAnsi="Arial"/>
                <w:b w:val="0"/>
                <w:sz w:val="18"/>
              </w:rPr>
              <w:t>Agradecemos sua avaliação. Ela ajuda outras pessoas a conhecerem a [Empresa].</w:t>
            </w:r>
          </w:p>
        </w:tc>
      </w:tr>
    </w:tbl>
    <w:p/>
    <w:p>
      <w:r>
        <w:br w:type="page"/>
      </w:r>
    </w:p>
    <w:p>
      <w:pPr>
        <w:pStyle w:val="Heading1"/>
      </w:pPr>
      <w:r>
        <w:t>Como responder sem parecer robô</w:t>
      </w:r>
    </w:p>
    <w:p>
      <w:pPr>
        <w:pStyle w:val="ListBullet"/>
      </w:pPr>
      <w:r>
        <w:t>Personalize sempre que a avaliação trouxer detalhes específicos.</w:t>
      </w:r>
    </w:p>
    <w:p>
      <w:pPr>
        <w:pStyle w:val="ListBullet"/>
      </w:pPr>
      <w:r>
        <w:t>Agradeça antes de justificar.</w:t>
      </w:r>
    </w:p>
    <w:p>
      <w:pPr>
        <w:pStyle w:val="ListBullet"/>
      </w:pPr>
      <w:r>
        <w:t>Em reclamações, reconheça o problema e chame para um canal privado.</w:t>
      </w:r>
    </w:p>
    <w:p>
      <w:pPr>
        <w:pStyle w:val="ListBullet"/>
      </w:pPr>
      <w:r>
        <w:t>Não discuta publicamente com o cliente.</w:t>
      </w:r>
    </w:p>
    <w:p>
      <w:pPr>
        <w:pStyle w:val="ListBullet"/>
      </w:pPr>
      <w:r>
        <w:t>Não copie a mesma resposta em todas as avaliações.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1131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F28A1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F28A1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F28A1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