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232"/>
            <w:shd w:fill="0F1116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43000" cy="3175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oo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17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52"/>
            <w:shd w:fill="0F1116"/>
          </w:tcPr>
          <w:p>
            <w:pPr>
              <w:jc w:val="left"/>
            </w:pPr>
            <w:r>
              <w:rPr>
                <w:rFonts w:ascii="Arial" w:hAnsi="Arial"/>
                <w:b/>
                <w:color w:val="FFC277"/>
                <w:sz w:val="16"/>
              </w:rPr>
              <w:t>KIT 100 AVALIAÇÕES GOOGLE</w:t>
            </w:r>
          </w:p>
          <w:p>
            <w:r>
              <w:rPr>
                <w:rFonts w:ascii="Arial" w:hAnsi="Arial"/>
                <w:b/>
                <w:color w:val="F7F0E8"/>
                <w:sz w:val="42"/>
              </w:rPr>
              <w:t>Scripts de WhatsApp para Avaliações Google</w:t>
            </w:r>
          </w:p>
          <w:p>
            <w:r>
              <w:rPr>
                <w:rFonts w:ascii="Arial" w:hAnsi="Arial"/>
                <w:color w:val="B7AEA5"/>
                <w:sz w:val="21"/>
              </w:rPr>
              <w:t>50 mensagens prontas para pedir opiniões honestas de clientes reais.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3E2"/>
          </w:tcPr>
          <w:p>
            <w:r>
              <w:rPr>
                <w:rFonts w:ascii="Arial" w:hAnsi="Arial"/>
                <w:b/>
                <w:color w:val="974B09"/>
                <w:sz w:val="20"/>
              </w:rPr>
              <w:t>Como usar</w:t>
            </w:r>
          </w:p>
          <w:p>
            <w:r>
              <w:rPr>
                <w:rFonts w:ascii="Arial" w:hAnsi="Arial"/>
                <w:color w:val="111318"/>
                <w:sz w:val="19"/>
              </w:rPr>
              <w:t>Substitua as variáveis antes do envio e mantenha o pedido simples: opinião honesta, sem incentivo, sem promessa e sem pressão.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3E2"/>
          </w:tcPr>
          <w:p>
            <w:r>
              <w:rPr>
                <w:rFonts w:ascii="Arial" w:hAnsi="Arial"/>
                <w:b/>
                <w:color w:val="974B09"/>
                <w:sz w:val="20"/>
              </w:rPr>
              <w:t>Variáveis</w:t>
            </w:r>
          </w:p>
          <w:p>
            <w:r>
              <w:rPr>
                <w:rFonts w:ascii="Arial" w:hAnsi="Arial"/>
                <w:color w:val="111318"/>
                <w:sz w:val="19"/>
              </w:rPr>
              <w:t>[Nome], [Empresa], [serviço/produto],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Pós-atendimento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Foi um prazer atender você hoje na [Empresa]. Se puder deixar sua opinião honesta no Google, isso ajuda outras pessoas a conhecerem nosso trabalho: [Link Google]. Leva menos de 1 minuto.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Passando para agradecer pela confiança em nosso atendimento. Sua avaliação no Google ajuda a [Empresa] a melhorar e a ser encontrada por mais pessoas: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por escolher a [Empresa]. Se o atendimento foi útil para você, sua opinião sincera no Google será muito importante para nós: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Aqui é da [Empresa]. Podemos contar com a sua avaliação honesta sobre o atendimento de hoje? Esse retorno nos ajuda muito: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Tudo certo por aí? Quando tiver 1 minuto, deixe sua opinião sobre sua experiência com a [Empresa] neste link: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Pós-venda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Agradecemos pela compra do [serviço/produto]. Sua opinião no Google ajuda outros clientes a decidirem com mais segurança: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pela preferência. Se puder contar como foi sua experiência com a [Empresa], ficaremos gratos. O link é este: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Esperamos que você tenha ficado satisfeito com o [serviço/produto]. Sua avaliação honesta no Google ajuda bastante a nossa empresa: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Sua compra foi muito importante para nós. Pode deixar uma avaliação rápida no Google contando como foi sua experiência?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por comprar com a [Empresa]. Se puder registrar sua opinião no Google, ajuda nossa equipe a continuar melhorando: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Pós-entrega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Confirmamos a entrega do [serviço/produto]. Quando puder, deixe sua avaliação sincera sobre sua experiência: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Tudo certo com a entrega? Seu feedback no Google ajuda outras pessoas a conhecerem a [Empresa]: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por confiar na [Empresa]. Se o processo de entrega atendeu você, sua opinião no Google será muito bem-vinda: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Agora que o [serviço/produto] foi entregue, podemos contar com sua avaliação honesta no Google?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Sua opinião sobre a entrega nos ajuda a melhorar e orienta novos clientes. Pode avaliar por aqui?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Cliente antigo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Você já foi atendido pela [Empresa] e sua opinião continua importante para nós. Se puder deixar sua avaliação honesta no Google, agradecemos muito: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Estamos atualizando nosso perfil no Google e lembramos da sua experiência com a [Empresa]. Pode deixar sua opinião sincera aqui?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tudo bem? Sua experiência com a [Empresa] pode ajudar novos clientes a decidirem com mais confiança. Se puder avaliar, o link é este: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Faz um tempo que atendemos você, mas seu feedback ainda nos ajuda muito. Pode registrar sua opinião no Google?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Estamos ouvindo clientes que já passaram pela [Empresa]. Sua avaliação honesta no Google seria muito valiosa: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Cliente recorrente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por continuar escolhendo a [Empresa]. Se puder deixar uma avaliação contando sua experiência ao longo do tempo, isso ajuda muito: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Clientes como você conhecem bem nosso atendimento. Sua opinião sincera no Google pode orientar outras pessoas: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Obrigado pela confiança recorrente na [Empresa]. Quando puder, deixe uma avaliação honesta sobre sua experiência: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sua relação com a [Empresa] é importante para nós. Pode compartilhar sua opinião no Google?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Como você já conhece nosso trabalho, sua avaliação tem muito valor para quem ainda está pesquisando: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Cliente VIP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Sua opinião é muito importante para a [Empresa]. Se puder deixar uma avaliação honesta no Google, vai nos ajudar a orientar novos clientes: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pela parceria e confiança. Se fizer sentido para você, deixe uma avaliação sincera sobre sua experiência conosco: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Clientes como você ajudam a elevar nosso padrão. Sua opinião no Google seria muito bem-vinda: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Você conhece de perto a forma como trabalhamos. Pode registrar sua percepção no Google?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sua experiência com a [Empresa] pode ajudar outras pessoas a escolherem com segurança. Se puder avaliar, este é o link: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Lembrete leve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Passando só para deixar novamente o link da avaliação, caso ainda não tenha conseguido responder: [Link Google]. Obrigado desde já.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Sem pressa. Quando tiver 1 minuto, sua opinião honesta no Google será muito importante para a [Empresa]: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tudo bem? Reforçando nosso pedido de avaliação, apenas se puder fazer agora. O link é este: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Seu feedback ajuda a [Empresa] a melhorar. Se ainda puder avaliar no Google, agradecemos: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Último lembrete por aqui sobre a avaliação no Google. Sua opinião sincera faz diferença: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Indicação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Se você conhece alguém que também precisa de [serviço/produto], sua avaliação no Google ajuda essa pessoa a encontrar uma empresa de confiança: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Sua opinião no Google funciona como uma indicação pública para quem ainda não conhece a [Empresa]. Se puder avaliar, agradecemos: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se a [Empresa] ajudou você, uma avaliação honesta no Google pode ajudar outras pessoas a tomarem uma boa decisão: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Muitos clientes encontram a [Empresa] pelo Google. Sua avaliação pode orientar quem está pesquisando agora: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Sua experiência pode servir de referência para outras pessoas. Pode deixar sua opinião no Google?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Recuperação de relacionamento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Estamos melhorando nossos processos e sua opinião é importante. Se puder avaliar sua experiência com a [Empresa], agradecemos: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Queremos ouvir clientes que já passaram pela [Empresa]. Sua avaliação honesta no Google nos ajuda a evoluir: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tudo bem? Estamos revisando nossa experiência de atendimento. Se puder registrar sua opinião sincera no Google, será muito útil: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Mesmo que já tenha passado um tempo, seu feedback sobre a [Empresa] continua valioso. Pode avaliar por aqui?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Estamos buscando entender melhor a experiência dos nossos clientes. Sua avaliação honesta no Google ajuda bastante: [Link Google].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Balcão/recepção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Obrigado pela visita à [Empresa]. Se puder deixar sua opinião no Google, ajuda outros clientes a nos encontrarem: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agradecemos por vir até a [Empresa]. Sua avaliação sincera no Google leva menos de 1 minuto: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Oi, [Nome]. Foi bom receber você por aqui. Pode contar como foi sua experiência no Google?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Olá, [Nome]. Sua opinião sobre nosso atendimento presencial é muito importante para a [Empresa]: [Link Google].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50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[Nome], obrigado pela presença. Se puder avaliar sua experiência conosco no Google, ficaremos gratos: [Link Google].</w:t>
            </w:r>
          </w:p>
        </w:tc>
      </w:tr>
    </w:tbl>
    <w:p/>
    <w:p>
      <w:r>
        <w:br w:type="page"/>
      </w:r>
    </w:p>
    <w:p>
      <w:pPr>
        <w:pStyle w:val="Heading1"/>
      </w:pPr>
      <w:r>
        <w:t>Regras de uso</w:t>
      </w:r>
    </w:p>
    <w:p>
      <w:pPr>
        <w:pStyle w:val="ListBullet"/>
      </w:pPr>
      <w:r>
        <w:t>Envie apenas para clientes reais.</w:t>
      </w:r>
    </w:p>
    <w:p>
      <w:pPr>
        <w:pStyle w:val="ListBullet"/>
      </w:pPr>
      <w:r>
        <w:t>Não ofereça desconto, brinde, dinheiro ou qualquer vantagem em troca da avaliação.</w:t>
      </w:r>
    </w:p>
    <w:p>
      <w:pPr>
        <w:pStyle w:val="ListBullet"/>
      </w:pPr>
      <w:r>
        <w:t>Não peça 5 estrelas. Peça opinião honesta.</w:t>
      </w:r>
    </w:p>
    <w:p>
      <w:pPr>
        <w:pStyle w:val="ListBullet"/>
      </w:pPr>
      <w:r>
        <w:t>Não pressione o cliente nem envie lembretes excessivos.</w:t>
      </w:r>
    </w:p>
    <w:p>
      <w:pPr>
        <w:pStyle w:val="ListBullet"/>
      </w:pPr>
      <w:r>
        <w:t>Não selecione somente clientes satisfeitos. Use critérios objetivos de relacionamento, como clientes atendidos na semana.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1131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F28A1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28A1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F28A1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